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التجارية : الافلاس والتسوية القضائية في 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راشد راشد/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السفتجة/ الشيك/ الافلاس/ الصلح/ جرائم الافلاس/ الاحتجاج/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