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الإفلاس والتسوية القضائية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فضيل/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9789961009307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الافلاس/ التسوية القضائية/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