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علم الإدارة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برنارد تايلور الثالث/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