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عامر إبراهيم قنديلجي/ علاء الدين عبد القادر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تكنولوجيا المعلومات/ الحواسيب/ نظم المعلومات/ تخطيط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