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نظم المعلومات الإدارية وتكنولوجيا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تكنولوجيا المعلومات/ نظم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