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البحث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أوما سيكاران/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المهارات البحثية/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