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الإدارة والأعمال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طاهر محسن منصور الغالبي/ صالح مهدي محسن العامري/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وائل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662ص.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جداول وبيانات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28*20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9789957116750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ادارة الاعمال/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