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 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عامر عوض/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التنظيم الاداري/ تنافسية المنظمات/ السلوك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