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المجتمع المدني ودوره في دعم النزاهة والشفافية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المجتمع المدني/ النزاهة/ الشفافية/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