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اختيار الموظفين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زيد منير سلمان/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الموظفين/ التعيين/ ادارة الافراد/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