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ألان وارنج/ إيان جليندون/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9960246035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