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برنارد تايلور الثالث/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