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رضا إسماعيل البسيوني/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طيبة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9774311442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