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تشريعات الوظيفة العامة في العالم العربي دراسة قانونية 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بركات موسى الحواتي/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الوظيقة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