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الاساليب الكمية التطبيقية في ادارة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الحميد عبد المجيد البلداوي/ د نجم عبد الله الحميدي/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9789957117047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البرمجة الخطية/ الادارة/ الاساليب الكمية/ الاحصاء/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