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شقيري نوري موسى/ عدنان تايه النعيمي/ د سعدون مهدي الساقي/ أسامة عزمي سلام/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