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ومواجهة ضغوط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ياسر أحمد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