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الإلكترونية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علاء عبد الرزاق السالمي/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9789957116767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العولمة/ ادارة الاعمال/ تكنولوجيا المعلومات/ الحواسيب/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