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خالد وهيب الراوي/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9789957064655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الاسواق المالية/ ادارة المخاطر/ المحفظة الاستثمارية/ مراقبة الاداء/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