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تايه النعيمي/ أرشد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الفكر المالي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