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عواطف ابراهيم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