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أ د عامر قنديلجي/ د غسان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