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في تمويل الشركات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العزيز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9772090244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الادارة المالية/ الشركات المتعددة الجنسيات/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