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التخطيط الاستراتيجي للأعمال 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إل فراي/ تشارلز آر ستونر/ لورنسي وينزايمر/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طيبة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تبسيط المبادرات(N°:None)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9789960541518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الاعمال الصغيرة/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