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الموارد البشرية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د خضير كا ظم حمود/ د ياسين كاسب الخرشة/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9789957063733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نظم المعلومات/ ادارة الافراد/ ادارة الموارد البشرية/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