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صالح بن حبت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