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جبرائيل جوزيف كحالة/ 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الادارة/ المحاسبة الادارية/ الموازنات التخطيطية/ تحليل التعادل/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