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الفكر المحاسبي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حلوة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9789957164263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نظرية المحاسبة/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