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تيسير عبد الحكيم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الادارة المالية/ محاسبة التكاليف/ البيانات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