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إسماعيل يحي التكريتي/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9789957321208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