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 و السياسات الإدارية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يوحنا عبد آل آدم/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