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كمال الدين مصطفى الدهراوي/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9770159911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