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محمد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9789957240981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الجرد/ الطرائق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