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المحاسبة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ريتشارد شرويدر/ مارتل كلارك/ جاك كاثي/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6571041010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النظريات/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