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شركات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سيد سرا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/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قطاع الخاص/ شركات الا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