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وقواعد المراجعة والتدقيق الشامل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9774380185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المراجعة/ مراجعة القوائم/ مراجعة التقارير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