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اسماعيل يحيى التكريتي/ د عبد الوهاب حبش الطعمة/ د وليد محمد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9789957322724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ادارة الاعمال/ المحاسبة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