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النظم المحاسبية في البنوك وشركات التأمين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الإله نعمة جعفر/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9957181394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البنوك التجارية/ شركات التأمين/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