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يعقوب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المحاسبة/ النظام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