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 يعقوب عبد الكريم/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OPU4186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التحليلية/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