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حسام الدين مصطفى الخداش/ د وائل عودة العكشة/ د وليد زكرياصيام/ د ميشيل سعيد سويدان/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9789957061609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شركات الاموال/ محاسبة الشركات/ شركات الاشخاص/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