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تيسير الرجبي/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التكاليف/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