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المبادئ الأساسية للمحاسبة العامة والمخطط المحاسبي الوطني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خالص صافي صالح/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9789961002339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المخطط المحاسبي الوطني/ المحاسبة العامة/ المحاسبة/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