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أد مؤيد محمد الفضل/ د عبد الخالق مطلك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