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الناصر نور/ د حسام الدين مصطفى الخداش/ د وليد زكريا 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9789957060015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