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المنشآت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إيهاب نظمي إبراهيم/ د حسن توفيق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657355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المالية/ البنوك/ شركات التأمين/ الاقتصاد/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