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علي إبراهيم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