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في علم الإحصاء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غادة صالح/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31097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الإحصاء/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