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الاحصاء الوصفي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راتول/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9789961008362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 الوصفي/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