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الإحصاء التطبيقي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ياسر أحمد السيد/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الدار الهندسية/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324ص.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310529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